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כתבה קצרה בעברית קלה על ניסוי מדעי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לניסוי ולדבורים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סיכום, דעה והשוואה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דבורי בומבוס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הן גלגלו את הכדורים בלי לקבל שום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סגור לניסוי או לתחרות)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(לסובב משהו על הרצפה)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(אנשים שעושים מחקר)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(משהו טוב שמקבלים על מעשה)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החוקרים בנו זירה עם אוכל מתוק וכדורים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הדבורים עברו ליד הכדורים בדרך לאוכל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חוקרים בדקו אם דבורים משחקות עם כדורים בזירה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מתוך הכתבה עם תרגום נכון לשפת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שמתאר נכון פרט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רלוונטית לנושא הדבורים או הניסוי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הכתבה פעמיים לפני העבודה בדף: פעם בלי טקסט ופעם עם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לפעילות ההתאמה וסדר האירועים מומלץ לעבוד בזוגות כדי לעודד שיח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תלמידים להשוות לדוגמה דומה מהארץ שממנה הגיעו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בכתבה מסופר על ניסוי מדעי שבו חוקרים בדקו אם דבורים משחקות עם כדורים קטנים. נקרא את הכתבה ונתרגל הבנה, אוצר מילים וכתיבה.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מתוק  ·  זירה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מה בדקו החוקרים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אם דבורים ישנות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אם דבורים אוכלות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סוג דבורים השתמשו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דבורי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דבורי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דבורי בומבוס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קיבלו פרס על כל גלגול 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יכלו לעבור ליד הכדורים ולהגיע ישר לאוכל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החוקרים בנו __________ גדולה לניסוי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בצד אחד של הזירה היה אוכל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משהו טוב שמקבלים על מעשה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לגלגל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אנשים שעושים מחקר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סגור לניסוי או לתחרות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לסובב משהו על הרצפה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עברו ליד הכדורים בדרך לאוכל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החוקרים בנו זירה עם אוכל מתוק וכדורים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במשפט אחד מה קרה בניסוי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חדשה אחת מהכתבה ואת התרגום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על הכתבה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דבורים שמשחקות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