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דבורים שמשחקות בכדור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כתבה קצרה בעברית קלה על ניסוי מדעי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חדשות הקשורות לניסוי ולדבורים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סיכום, דעה והשוואה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אם דבורים משחקות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דבורי בומבוס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אוכל מתוק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דבורים צעירות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כי אולי לחרקים יש רגשות כמו הנאה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הן גלגלו את הכדורים בלי לקבל שום פרס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מה שהחוקרים גילו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הם אמרו שצריך עוד ניסויים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גלגלו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צעירות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(מקום סגור לניסוי או לתחרות)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(לסובב משהו על הרצפה)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(הרגשה טובה כשכיף לנו)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(אנשים שעושים מחקר)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(משהו טוב שמקבלים על מעשה)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הסדר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החוקרים בנו זירה עם אוכל מתוק וכדורים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הדבורים עברו ליד הכדורים בדרך לאוכל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הדבורים עצרו וגלגלו את הכדורים שוב ושוב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החוקרים גילו שדבורים צעירות שיחקו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חוקרים בדקו אם דבורים משחקות עם כדורים בזירה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אולי גם לחרקים יש רגשות פשוטים כמו הנאה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מתוך הכתבה עם תרגום נכון לשפת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שמתאר נכון פרט מהכתבה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רלוונטית לנושא הדבורים או הניסוי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הכתבה פעמיים לפני העבודה בדף: פעם בלי טקסט ופעם עם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לפעילות ההתאמה וסדר האירועים מומלץ לעבוד בזוגות כדי לעודד שיח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לעודד תלמידים להשוות לדוגמה דומה מהארץ שממנה הגיעו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דבורים שמשחקות בכדור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כתבה קצרה על דבורים. חוקרים בדקו אם דבורים אוהבות לשחק עם כדורים. נקרא ונענה על שאלות.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ניסוי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שחוקרים עושים כדי ללמוד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סגור לניסוי או לתחרות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לגלגל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לסובב משהו על הרצפה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הנאה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הרגשה טובה כשכיף 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טוב שמקבלים על מעשה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חוקרים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שעושים מחקר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דבורת בומבוס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של דבורה גדולה ושעירה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רגשות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הרגשות שלנו, כמו שמחה או פחד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החוקרים רצו לדעת?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אם דבורים ישנות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אם דבורים אוכלות 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אם דבורים משחקות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אם דבורים עפות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דבורה הייתה בניסוי?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דבורי 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דבורי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דבורי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דבורי בומבוס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שמו בצד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 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אילו דבורים שיחקו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דבורים מבוגרות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דבורים צעירות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דבורים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דבורים ללא כנפיים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הניסוי מעניין?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 מראה שדבורים חזקות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זה מראה שדבורים 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אולי לחרקים יש רגשות כמו הנאה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מראה שדבורים חכמות מאוד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קיבלו פרס על כל גלגול כדור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יכלו לעבור ליד הכדורים ולהגיע ישר לאוכל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דבורים צעירות גלגלו כדורים יותר מדבורים מבוגרות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החוקרים אמרו שזה היה הניסוי האחרון בנושא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החוקרים בנו __________ גדולה לניסוי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בצד אחד של הזירה היה אוכל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הדבורים __________ את הכדורים שוב ושוב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דבורים __________ גלגלו כדורים יותר מדבורים מבוגרות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אנשים שעושים מחקר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לגלגל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משהו טוב שמקבלים על מעשה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הנאה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סגור לניסוי או לתחרות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חוקרים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הרגשה טובה כשכיף לנו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לסובב משהו על הרצפה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עצרו וגלגלו את הכדורים שוב ושוב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החוקרים גילו שדבורים צעירות שיחקו 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עברו ליד הכדורים בדרך לאוכל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החוקרים בנו זירה עם אוכל מתוק וכדורים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במשפט אחד מה קרה בניסוי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 החוקרים הניסוי חשוב?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חדשה אחת מהכתבה ואת התרגום שלה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על הכתבה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שאלה אחת שיש לכם על הנושא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דבורים שמשחקות בכדור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