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כתבה קצרה בעברית קלה על ניסוי מדעי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לניסוי ולדבורים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סיכום, דעה והשוואה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דבורי בומבוס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אוכל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דבורים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אולי לחרקים יש רגשות כמו הנאה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הן גלגלו את הכדורים בלי לקבל שום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מה שהחוקרים גילו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אמרו שצריך עוד ניסויים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גלגלו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צעירות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סגור לניסוי או לתחרות)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(לסובב משהו על הרצפה)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(הרגשה טובה כשכיף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(אנשים שעושים מחקר)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(משהו טוב שמקבלים על מעשה)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החוקרים בנו זירה עם אוכל מתוק וכדורים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הדבורים עברו ליד הכדורים בדרך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הדבורים עצרו וגלגלו את הכדורים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החוקרים גילו שדבורים צעירות שיחקו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 בדקו אם דבורים משחקות עם כדורים בזירה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אולי גם לחרקים יש רגשות פשוטים כמו הנאה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מתוך הכתבה עם תרגום נכון לשפת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שמתאר נכון פרט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לנושא הדבורים או הניסוי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הכתבה פעמיים לפני העבודה בדף: פעם בלי טקסט ופעם עם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ההתאמה וסדר האירועים מומלץ לעבוד בזוגות כדי לעודד שיח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להשוות לדוגמה דומה מהארץ שממנה הגיעו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בכתבה מסופר על ניסוי מדעי שבו חוקרים בדקו אם דבורים משחקות עם כדורים קטנים. נקרא את הכתבה ונתרגל הבנה, אוצר מילים וכתיבה.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בדקו החוקרים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דבורים ישנות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דבורים אוכלות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דבורים עפות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דבורים השתמשו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דבורי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דבורי בומבוס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בצד אחד של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דבורים גלגלו יותר 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מבוגרות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דבורים ללא כנפיים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החוקרים חושבים שזה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מראה שדבורים חזקות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מראה שדבורים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אולי לחרקים יש רגשות כמו הנאה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מראה שדבורים חכמות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על כל גלגול 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יכלו לעבור ליד הכדורים ולהגיע ישר לאוכל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צעירות גלגלו כדורים יותר מדבורים מבוגרות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אמרו שזה היה הניסוי האחרון בנושא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החוקרים בנו __________ גדולה לניסוי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בצד אחד של הזירה היה אוכל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הדבורים __________ את הכדורים שוב ושוב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דבורים __________ גלגלו כדורים יותר מדבורים מבוגרות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לסובב משהו על הרצפה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לגלגל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משהו טוב שמקבלים על מעשה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אנשים שעושים מחקר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סגור לניסוי או לתחרות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הרגשה טובה כשכיף 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עצרו וגלגלו את הכדורים שוב ושוב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גילו שדבורים צעירות שיחקו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בנו זירה עם אוכל מתוק וכדורים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עברו ליד הכדורים בדרך לאוכל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מה קרה בניסוי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 החוקרים הניסוי חשוב?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חדשה אחת מהכתבה ואת התרגום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על הכתבה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שיש לכם על הנושא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דבורים שמשחקות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